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Ćwiczenie z Excela: Budżet wycieczki klasowej</w:t>
      </w:r>
    </w:p>
    <w:p>
      <w:r>
        <w:t>Czas trwania: 45 minut</w:t>
        <w:br/>
        <w:t>Poziom: podstawowy</w:t>
        <w:br/>
        <w:t>Cel:</w:t>
        <w:br/>
        <w:t>• Poznanie podstawowych funkcji Excela (SUMA, ŚREDNIA, MIN, MAX).</w:t>
        <w:br/>
        <w:t>• Tworzenie i formatowanie tabel.</w:t>
        <w:br/>
        <w:t>• Korzystanie z internetu do pozyskiwania danych.</w:t>
        <w:br/>
      </w:r>
    </w:p>
    <w:p>
      <w:pPr>
        <w:pStyle w:val="Heading2"/>
      </w:pPr>
      <w:r>
        <w:t>Opis sytuacji</w:t>
      </w:r>
    </w:p>
    <w:p>
      <w:r>
        <w:t>Twoja klasa planuje wycieczkę do wybranego miasta w Polsce (np. Kraków, Gdańsk, Wrocław). Waszym zadaniem jest opracowanie prostego budżetu wycieczki w Excelu.</w:t>
      </w:r>
    </w:p>
    <w:p>
      <w:pPr>
        <w:pStyle w:val="Heading2"/>
      </w:pPr>
      <w:r>
        <w:t>Kroki do wykonania</w:t>
      </w:r>
    </w:p>
    <w:p>
      <w:r>
        <w:t>1. Utwórz nowy arkusz w Excelu i nazwij go „Budżet wycieczki”.</w:t>
      </w:r>
    </w:p>
    <w:p>
      <w:r>
        <w:t>2. W pierwszych wierszach wpisz dane: cel wycieczki, termin, liczba uczestników, liczba dni.</w:t>
      </w:r>
    </w:p>
    <w:p>
      <w:r>
        <w:t>3. Stwórz tabelę z kolumnami: Kategoria wydatku | Opis / dostawca | Koszt jednostkowy (zł) | Liczba jednostek | Łączny koszt (zł).</w:t>
      </w:r>
    </w:p>
    <w:p>
      <w:r>
        <w:t>4. Wyszukaj w internecie orientacyjne ceny (np. bilety PKP, noclegi, bilety do muzeów, posiłki, pamiątki). Wprowadź co najmniej 6 kategorii wydatków. W kolumnie 'Opis' podaj źródło lub nazwę dostawcy.</w:t>
      </w:r>
    </w:p>
    <w:p>
      <w:r>
        <w:t>5. W kolumnie 'Łączny koszt' zastosuj formułę =C2*D2 (lub odpowiednią dla twojego arkusza).</w:t>
      </w:r>
    </w:p>
    <w:p>
      <w:r>
        <w:t>6. Dodaj wiersz 'Suma kosztów' i użyj funkcji SUMA().</w:t>
      </w:r>
    </w:p>
    <w:p>
      <w:r>
        <w:t>7. Oblicz koszt na osobę: podziel sumę kosztów przez liczbę uczestników (np. =SUMA(E2:E7)/B2).</w:t>
      </w:r>
    </w:p>
    <w:p>
      <w:r>
        <w:t>8. Zastosuj funkcje MIN(), MAX() i ŚREDNIA(), aby określić: najtańszy, najdroższy i średni koszt kategorii.</w:t>
      </w:r>
    </w:p>
    <w:p>
      <w:r>
        <w:t>9. Sformatuj arkusz: nagłówki pogrubione, obramowania, wyrównanie, format walutowy (zł).</w:t>
      </w:r>
    </w:p>
    <w:p>
      <w:r>
        <w:t>10. Utwórz wykres (np. kolumnowy lub kołowy), który pokaże udział poszczególnych kategorii w całkowitych kosztach.</w:t>
      </w:r>
    </w:p>
    <w:p>
      <w:pPr>
        <w:pStyle w:val="Heading2"/>
      </w:pPr>
      <w:r>
        <w:t>Zadanie końcowe</w:t>
      </w:r>
    </w:p>
    <w:p>
      <w:r>
        <w:t>Pod tabelą w arkuszu wpisz krótki komentarz (2–3 zdania):</w:t>
        <w:br/>
        <w:t>• Czy wycieczka mieści się w rozsądnym budżecie?</w:t>
        <w:br/>
        <w:t>• Co najbardziej wpływa na jej koszt?</w:t>
      </w:r>
    </w:p>
    <w:p>
      <w:pPr>
        <w:pStyle w:val="Heading2"/>
      </w:pPr>
      <w:r>
        <w:t>Efekt końcowy</w:t>
      </w:r>
    </w:p>
    <w:p>
      <w:r>
        <w:t>Uczeń potrafi:</w:t>
        <w:br/>
        <w:t>• Tworzyć tabele w Excelu,</w:t>
        <w:br/>
        <w:t>• Wprowadzać dane liczbowe i tekstowe,</w:t>
        <w:br/>
        <w:t>• Stosować podstawowe formuły,</w:t>
        <w:br/>
        <w:t>• Formatować komórki i tworzyć wykresy,</w:t>
        <w:br/>
        <w:t>• Wykorzystać internet do wyszukiwania danych.</w:t>
      </w:r>
    </w:p>
    <w:p>
      <w:r>
        <w:br w:type="page"/>
      </w:r>
    </w:p>
    <w:p>
      <w:pPr>
        <w:pStyle w:val="Heading2"/>
      </w:pPr>
      <w:r>
        <w:t>Notatki ucznia</w:t>
      </w:r>
    </w:p>
    <w:p>
      <w:r>
        <w:t>Temat wycieczki: ______________________________________________</w:t>
        <w:br/>
      </w:r>
    </w:p>
    <w:p>
      <w:r>
        <w:t>Miasto: ___________________________   Termin: ___________________________</w:t>
        <w:br/>
      </w:r>
    </w:p>
    <w:p>
      <w:r>
        <w:t>Liczba uczestników: ____________   Liczba dni: ____________</w:t>
        <w:br/>
      </w:r>
    </w:p>
    <w:p>
      <w:r>
        <w:br/>
        <w:t>Uwagi lub linki do źródeł:</w:t>
        <w:br/>
        <w:t>____________________________________________</w:t>
        <w:br/>
        <w:br/>
        <w:t>Uwagi lub linki do źródeł:</w:t>
        <w:br/>
        <w:t>____________________________________________</w:t>
        <w:br/>
        <w:br/>
        <w:t>Uwagi lub linki do źródeł:</w:t>
        <w:br/>
        <w:t>____________________________________________</w:t>
        <w:br/>
        <w:br/>
        <w:t>Uwagi lub linki do źródeł:</w:t>
        <w:br/>
        <w:t>____________________________________________</w:t>
        <w:br/>
        <w:br/>
        <w:t>Uwagi lub linki do źródeł:</w:t>
        <w:br/>
        <w:t>____________________________________________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