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BA85D" w14:textId="77777777" w:rsidR="007A59CB" w:rsidRDefault="00000000">
      <w:pPr>
        <w:pStyle w:val="Nagwek1"/>
        <w:jc w:val="center"/>
      </w:pPr>
      <w:r>
        <w:t>🧩 Ćwiczenie: Stylizacja tekstu w HTML i CSS</w:t>
      </w:r>
    </w:p>
    <w:p w14:paraId="1F66C1BE" w14:textId="77777777" w:rsidR="007A59CB" w:rsidRDefault="00000000">
      <w:r>
        <w:t>Temat: Tekst, czcionka, identyfikatory i klasy</w:t>
      </w:r>
    </w:p>
    <w:p w14:paraId="44235437" w14:textId="77777777" w:rsidR="007A59CB" w:rsidRDefault="00000000">
      <w:pPr>
        <w:pStyle w:val="Nagwek2"/>
      </w:pPr>
      <w:r>
        <w:t>🎯 Cel:</w:t>
      </w:r>
    </w:p>
    <w:p w14:paraId="1A6292AE" w14:textId="77777777" w:rsidR="007A59CB" w:rsidRDefault="00000000">
      <w:r>
        <w:t>• Poznasz, jak zmieniać wygląd tekstu za pomocą CSS.</w:t>
      </w:r>
    </w:p>
    <w:p w14:paraId="52A1E8BD" w14:textId="77777777" w:rsidR="007A59CB" w:rsidRDefault="00000000">
      <w:r>
        <w:t>• Nauczysz się korzystać z klas i identyfikatorów do stylizacji różnych elementów.</w:t>
      </w:r>
    </w:p>
    <w:p w14:paraId="286A7819" w14:textId="77777777" w:rsidR="007A59CB" w:rsidRDefault="00000000">
      <w:pPr>
        <w:pStyle w:val="Nagwek2"/>
      </w:pPr>
      <w:r>
        <w:t>🧱 Część 1. Struktura HTML</w:t>
      </w:r>
    </w:p>
    <w:p w14:paraId="178E1DF8" w14:textId="77777777" w:rsidR="007A59CB" w:rsidRDefault="00000000">
      <w:r>
        <w:t>1. Otwórz nowy plik i zapisz go jako tekst.html.</w:t>
      </w:r>
    </w:p>
    <w:p w14:paraId="42206020" w14:textId="77777777" w:rsidR="007A59CB" w:rsidRDefault="00000000">
      <w:r>
        <w:t>2. Uzupełnij poniższy kod:</w:t>
      </w:r>
    </w:p>
    <w:p w14:paraId="79CDF859" w14:textId="77777777" w:rsidR="00BA6754" w:rsidRDefault="00BA6754">
      <w:pPr>
        <w:pStyle w:val="Nagwek2"/>
      </w:pPr>
      <w:r w:rsidRPr="00BA675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drawing>
          <wp:inline distT="0" distB="0" distL="0" distR="0" wp14:anchorId="0E8D6584" wp14:editId="698D8E10">
            <wp:extent cx="5486400" cy="4030345"/>
            <wp:effectExtent l="0" t="0" r="0" b="0"/>
            <wp:docPr id="17795027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027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54CEA" w14:textId="5C245B43" w:rsidR="007A59CB" w:rsidRDefault="00000000">
      <w:pPr>
        <w:pStyle w:val="Nagwek2"/>
      </w:pPr>
      <w:r>
        <w:t xml:space="preserve">🎨 </w:t>
      </w:r>
      <w:proofErr w:type="spellStart"/>
      <w:r>
        <w:t>Część</w:t>
      </w:r>
      <w:proofErr w:type="spellEnd"/>
      <w:r>
        <w:t xml:space="preserve"> 2. Stylizacja w CSS</w:t>
      </w:r>
    </w:p>
    <w:p w14:paraId="37A45B17" w14:textId="77777777" w:rsidR="007A59CB" w:rsidRDefault="00000000">
      <w:r>
        <w:t>1. Utwórz nowy plik o nazwie style.css.</w:t>
      </w:r>
    </w:p>
    <w:p w14:paraId="37475009" w14:textId="77777777" w:rsidR="007A59CB" w:rsidRDefault="00000000">
      <w:r>
        <w:t xml:space="preserve">2. Wprowadź style CSS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instrukcją</w:t>
      </w:r>
      <w:proofErr w:type="spellEnd"/>
      <w:r>
        <w:t>.</w:t>
      </w:r>
    </w:p>
    <w:p w14:paraId="4050EDB6" w14:textId="77777777" w:rsidR="003326BC" w:rsidRDefault="003326BC"/>
    <w:p w14:paraId="7BC8845E" w14:textId="6E5B5FC8" w:rsidR="003326BC" w:rsidRDefault="003326BC">
      <w:r w:rsidRPr="003326BC">
        <w:lastRenderedPageBreak/>
        <w:drawing>
          <wp:inline distT="0" distB="0" distL="0" distR="0" wp14:anchorId="427665D4" wp14:editId="0F5C551F">
            <wp:extent cx="3619150" cy="3274828"/>
            <wp:effectExtent l="0" t="0" r="635" b="1905"/>
            <wp:docPr id="1169865421" name="Obraz 1" descr="Obraz zawierający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865421" name="Obraz 1" descr="Obraz zawierający tekst, zrzut ekranu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3219" cy="33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2780A" w14:textId="05F28B53" w:rsidR="003326BC" w:rsidRDefault="003326BC">
      <w:r w:rsidRPr="003326BC">
        <w:drawing>
          <wp:inline distT="0" distB="0" distL="0" distR="0" wp14:anchorId="44D7A241" wp14:editId="6A05548E">
            <wp:extent cx="3468985" cy="3293930"/>
            <wp:effectExtent l="0" t="0" r="0" b="0"/>
            <wp:docPr id="3729756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756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4572" cy="332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291C" w14:textId="77777777" w:rsidR="007A59CB" w:rsidRDefault="00000000">
      <w:pPr>
        <w:pStyle w:val="Nagwek2"/>
      </w:pPr>
      <w:r>
        <w:t>🧠 Część 3. Zadania do wykonania</w:t>
      </w:r>
    </w:p>
    <w:p w14:paraId="43F3E7B8" w14:textId="77777777" w:rsidR="007A59CB" w:rsidRDefault="00000000">
      <w:pPr>
        <w:pStyle w:val="Listanumerowana"/>
      </w:pPr>
      <w:r>
        <w:t>Zmień kolor tytułu (#tytul) na inny odcień niebieskiego.</w:t>
      </w:r>
    </w:p>
    <w:p w14:paraId="7F0D61CB" w14:textId="77777777" w:rsidR="007A59CB" w:rsidRDefault="00000000">
      <w:pPr>
        <w:pStyle w:val="Listanumerowana"/>
      </w:pPr>
      <w:r>
        <w:t>Dodaj nowy akapit z klasą „uwaga”, w którym napiszesz krótkie zdanie.</w:t>
      </w:r>
    </w:p>
    <w:p w14:paraId="3F6DB4CA" w14:textId="77777777" w:rsidR="007A59CB" w:rsidRDefault="00000000">
      <w:pPr>
        <w:pStyle w:val="Listanumerowana"/>
      </w:pPr>
      <w:r>
        <w:t>W pliku CSS dodaj styl dla klasy .uwaga: kolor czerwony, pogrubiony tekst, rozmiar 18px.</w:t>
      </w:r>
    </w:p>
    <w:p w14:paraId="6EBD6F97" w14:textId="77777777" w:rsidR="007A59CB" w:rsidRDefault="00000000">
      <w:pPr>
        <w:pStyle w:val="Listanumerowana"/>
      </w:pPr>
      <w:r>
        <w:t>Zmień czcionkę całej strony na Verdana.</w:t>
      </w:r>
    </w:p>
    <w:p w14:paraId="746ED542" w14:textId="77777777" w:rsidR="007A59CB" w:rsidRDefault="00000000">
      <w:pPr>
        <w:pStyle w:val="Listanumerowana"/>
      </w:pPr>
      <w:r>
        <w:t>Sprawdź, jak zmienia się wygląd po modyfikacji klas i identyfikatorów.</w:t>
      </w:r>
    </w:p>
    <w:p w14:paraId="5AF84A46" w14:textId="77777777" w:rsidR="007A59CB" w:rsidRDefault="00000000">
      <w:pPr>
        <w:pStyle w:val="Nagwek2"/>
      </w:pPr>
      <w:r>
        <w:lastRenderedPageBreak/>
        <w:t>✅ Efekt końcowy:</w:t>
      </w:r>
    </w:p>
    <w:p w14:paraId="02463EAB" w14:textId="77777777" w:rsidR="007A59CB" w:rsidRDefault="00000000">
      <w:r>
        <w:t>Strona powinna mieć czytelny tekst z różnymi stylami, kolorami i rozmiarami czcionek.</w:t>
      </w:r>
    </w:p>
    <w:p w14:paraId="4269E95B" w14:textId="643A3ADC" w:rsidR="007A59CB" w:rsidRDefault="007A59CB"/>
    <w:sectPr w:rsidR="007A59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80627">
    <w:abstractNumId w:val="8"/>
  </w:num>
  <w:num w:numId="2" w16cid:durableId="61758334">
    <w:abstractNumId w:val="6"/>
  </w:num>
  <w:num w:numId="3" w16cid:durableId="786897880">
    <w:abstractNumId w:val="5"/>
  </w:num>
  <w:num w:numId="4" w16cid:durableId="950161326">
    <w:abstractNumId w:val="4"/>
  </w:num>
  <w:num w:numId="5" w16cid:durableId="395516868">
    <w:abstractNumId w:val="7"/>
  </w:num>
  <w:num w:numId="6" w16cid:durableId="1949503680">
    <w:abstractNumId w:val="3"/>
  </w:num>
  <w:num w:numId="7" w16cid:durableId="1633517404">
    <w:abstractNumId w:val="2"/>
  </w:num>
  <w:num w:numId="8" w16cid:durableId="1794708539">
    <w:abstractNumId w:val="1"/>
  </w:num>
  <w:num w:numId="9" w16cid:durableId="173450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26BC"/>
    <w:rsid w:val="00367B4F"/>
    <w:rsid w:val="007A59CB"/>
    <w:rsid w:val="00AA1D8D"/>
    <w:rsid w:val="00B47730"/>
    <w:rsid w:val="00BA675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2AEF9"/>
  <w14:defaultImageDpi w14:val="300"/>
  <w15:docId w15:val="{DC13D16E-1150-7C43-B855-E8315479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131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Tomasz Bieryllo</cp:lastModifiedBy>
  <cp:revision>2</cp:revision>
  <cp:lastPrinted>2025-10-22T09:39:00Z</cp:lastPrinted>
  <dcterms:created xsi:type="dcterms:W3CDTF">2013-12-23T23:15:00Z</dcterms:created>
  <dcterms:modified xsi:type="dcterms:W3CDTF">2025-10-22T09:40:00Z</dcterms:modified>
  <cp:category/>
</cp:coreProperties>
</file>